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Project Brief</w:t>
      </w:r>
    </w:p>
    <w:p>
      <w:r>
        <w:rPr>
          <w:i/>
          <w:sz w:val="16"/>
        </w:rPr>
        <w:t>Template kerja | Isi bagian bertanda [ ... ] dan sesuaikan dengan penawaran serta kesepakatan proyek.</w:t>
      </w:r>
    </w:p>
    <w:p>
      <w:r>
        <w:t>Status: DRAF    |    ID Pesanan: [IBD-...]    |    Tanggal: [DD/MM/YYYY]</w:t>
      </w:r>
    </w:p>
    <w:p>
      <w:pPr>
        <w:pStyle w:val="Heading1"/>
      </w:pPr>
      <w:r>
        <w:t>Informasi Umum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096"/>
            <w:vAlign w:val="center"/>
            <w:shd w:fill="EAF1FC"/>
          </w:tcPr>
          <w:p>
            <w:r>
              <w:t>Nama proyek</w:t>
            </w:r>
          </w:p>
        </w:tc>
        <w:tc>
          <w:tcPr>
            <w:tcW w:type="dxa" w:w="6552"/>
            <w:vAlign w:val="center"/>
          </w:tcPr>
          <w:p>
            <w:r>
              <w:t>[Nama sementara proyek]</w:t>
            </w:r>
          </w:p>
        </w:tc>
      </w:tr>
      <w:tr>
        <w:tc>
          <w:tcPr>
            <w:tcW w:type="dxa" w:w="3096"/>
            <w:vAlign w:val="center"/>
            <w:shd w:fill="EAF1FC"/>
          </w:tcPr>
          <w:p>
            <w:r>
              <w:t>Nama perusahaan/klien</w:t>
            </w:r>
          </w:p>
        </w:tc>
        <w:tc>
          <w:tcPr>
            <w:tcW w:type="dxa" w:w="6552"/>
            <w:vAlign w:val="center"/>
          </w:tcPr>
          <w:p>
            <w:r>
              <w:t>[Nama organisasi]</w:t>
            </w:r>
          </w:p>
        </w:tc>
      </w:tr>
      <w:tr>
        <w:tc>
          <w:tcPr>
            <w:tcW w:type="dxa" w:w="3096"/>
            <w:vAlign w:val="center"/>
            <w:shd w:fill="EAF1FC"/>
          </w:tcPr>
          <w:p>
            <w:r>
              <w:t>Kontak penanggung jawab</w:t>
            </w:r>
          </w:p>
        </w:tc>
        <w:tc>
          <w:tcPr>
            <w:tcW w:type="dxa" w:w="6552"/>
            <w:vAlign w:val="center"/>
          </w:tcPr>
          <w:p>
            <w:r>
              <w:t>[Email/WhatsApp bisnis]</w:t>
            </w:r>
          </w:p>
        </w:tc>
      </w:tr>
      <w:tr>
        <w:tc>
          <w:tcPr>
            <w:tcW w:type="dxa" w:w="3096"/>
            <w:vAlign w:val="center"/>
            <w:shd w:fill="EAF1FC"/>
          </w:tcPr>
          <w:p>
            <w:r>
              <w:t>Layanan</w:t>
            </w:r>
          </w:p>
        </w:tc>
        <w:tc>
          <w:tcPr>
            <w:tcW w:type="dxa" w:w="6552"/>
            <w:vAlign w:val="center"/>
          </w:tcPr>
          <w:p>
            <w:r>
              <w:t>[Website / Mobile / UI/UX]</w:t>
            </w:r>
          </w:p>
        </w:tc>
      </w:tr>
    </w:tbl>
    <w:p>
      <w:pPr>
        <w:pStyle w:val="Heading1"/>
      </w:pPr>
      <w:r>
        <w:t>Tujuan dan Permasalahan</w:t>
      </w:r>
    </w:p>
    <w:p>
      <w:pPr>
        <w:pStyle w:val="ListBullet"/>
      </w:pPr>
      <w:r>
        <w:t>Masalah yang sedang dihadapi</w:t>
      </w:r>
    </w:p>
    <w:p>
      <w:pPr>
        <w:pStyle w:val="ListBullet"/>
      </w:pPr>
      <w:r>
        <w:t>Hasil yang diharapkan</w:t>
      </w:r>
    </w:p>
    <w:p>
      <w:pPr>
        <w:pStyle w:val="ListBullet"/>
      </w:pPr>
      <w:r>
        <w:t>Indikator keberhasilan yang ingin dicapai</w:t>
      </w:r>
    </w:p>
    <w:p>
      <w:pPr>
        <w:pStyle w:val="Heading1"/>
      </w:pPr>
      <w:r>
        <w:t>Target Pengguna</w:t>
      </w:r>
    </w:p>
    <w:p>
      <w:pPr>
        <w:pStyle w:val="ListBullet"/>
      </w:pPr>
      <w:r>
        <w:t>Siapa pengguna utama?</w:t>
      </w:r>
    </w:p>
    <w:p>
      <w:pPr>
        <w:pStyle w:val="ListBullet"/>
      </w:pPr>
      <w:r>
        <w:t>Perangkat dan kondisi penggunaan</w:t>
      </w:r>
    </w:p>
    <w:p>
      <w:pPr>
        <w:pStyle w:val="Heading1"/>
      </w:pPr>
      <w:r>
        <w:t>Fitur dan Referensi</w:t>
      </w:r>
    </w:p>
    <w:p>
      <w:pPr>
        <w:pStyle w:val="ListBullet"/>
      </w:pPr>
      <w:r>
        <w:t>3 fitur paling penting</w:t>
      </w:r>
    </w:p>
    <w:p>
      <w:pPr>
        <w:pStyle w:val="ListBullet"/>
      </w:pPr>
      <w:r>
        <w:t>Fitur yang tidak dibutuhkan</w:t>
      </w:r>
    </w:p>
    <w:p>
      <w:pPr>
        <w:pStyle w:val="ListBullet"/>
      </w:pPr>
      <w:r>
        <w:t>Referensi kompetitor atau contoh tampilan</w:t>
      </w:r>
    </w:p>
    <w:p>
      <w:pPr>
        <w:pStyle w:val="Heading1"/>
      </w:pPr>
      <w:r>
        <w:t>Kesiapan Materi</w:t>
      </w:r>
    </w:p>
    <w:p>
      <w:pPr>
        <w:pStyle w:val="ListBullet"/>
      </w:pPr>
      <w:r>
        <w:t>Logo, foto, copywriting, data, akses domain (jangan tulis password di sini)</w:t>
      </w:r>
    </w:p>
    <w:p>
      <w:pPr>
        <w:pStyle w:val="ListBullet"/>
      </w:pPr>
      <w:r>
        <w:t>Target tanggal penggunaan dan kendala jadwal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ibda studio • Dokumen templat internal / belum disetujui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3A66B5"/>
      </w:rPr>
      <w:t>ibda studio  /  PROJECT DELIVERY DOCUMENTS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9344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A3F8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A3F89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