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User Acceptance Testing (UAT)</w:t>
      </w:r>
    </w:p>
    <w:p>
      <w:r>
        <w:rPr>
          <w:i/>
          <w:sz w:val="16"/>
        </w:rPr>
        <w:t>Template kerja | Isi bagian bertanda [ ... ] dan sesuaikan dengan penawaran serta kesepakatan proyek.</w:t>
      </w:r>
    </w:p>
    <w:p>
      <w:r>
        <w:t>Status: DRAF    |    ID Pesanan: [IBD-...]    |    Tanggal: [DD/MM/YYYY]</w:t>
      </w:r>
    </w:p>
    <w:p>
      <w:pPr>
        <w:pStyle w:val="Heading1"/>
      </w:pPr>
      <w:r>
        <w:t>Informasi Uji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096"/>
            <w:vAlign w:val="center"/>
            <w:shd w:fill="EAF1FC"/>
          </w:tcPr>
          <w:p>
            <w:r>
              <w:t>Versi aplikasi</w:t>
            </w:r>
          </w:p>
        </w:tc>
        <w:tc>
          <w:tcPr>
            <w:tcW w:type="dxa" w:w="6552"/>
            <w:vAlign w:val="center"/>
          </w:tcPr>
          <w:p>
            <w:r>
              <w:t>[Versi/build]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Tanggal uji</w:t>
            </w:r>
          </w:p>
        </w:tc>
        <w:tc>
          <w:tcPr>
            <w:tcW w:type="dxa" w:w="6552"/>
            <w:vAlign w:val="center"/>
          </w:tcPr>
          <w:p>
            <w:r>
              <w:t>[Tanggal]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Penguji</w:t>
            </w:r>
          </w:p>
        </w:tc>
        <w:tc>
          <w:tcPr>
            <w:tcW w:type="dxa" w:w="6552"/>
            <w:vAlign w:val="center"/>
          </w:tcPr>
          <w:p>
            <w:r>
              <w:t>[Nama dan peran]</w:t>
            </w:r>
          </w:p>
        </w:tc>
      </w:tr>
    </w:tbl>
    <w:p>
      <w:pPr>
        <w:pStyle w:val="Heading1"/>
      </w:pPr>
      <w:r>
        <w:t>Skenario Uji</w:t>
      </w:r>
    </w:p>
    <w:p>
      <w:pPr>
        <w:pStyle w:val="ListBullet"/>
      </w:pPr>
      <w:r>
        <w:t>UAT-001: [langkah pengguna] -&gt; hasil yang diharapkan -&gt; hasil aktual -&gt; Lulus/Gagal</w:t>
      </w:r>
    </w:p>
    <w:p>
      <w:pPr>
        <w:pStyle w:val="ListBullet"/>
      </w:pPr>
      <w:r>
        <w:t>UAT-002: [langkah pengguna] -&gt; hasil yang diharapkan -&gt; hasil aktual -&gt; Lulus/Gagal</w:t>
      </w:r>
    </w:p>
    <w:p>
      <w:pPr>
        <w:pStyle w:val="Heading1"/>
      </w:pPr>
      <w:r>
        <w:t>Daftar Temuan</w:t>
      </w:r>
    </w:p>
    <w:p>
      <w:pPr>
        <w:pStyle w:val="ListBullet"/>
      </w:pPr>
      <w:r>
        <w:t>ID bug, prioritas, screenshot, status penanganan</w:t>
      </w:r>
    </w:p>
    <w:p>
      <w:pPr>
        <w:pStyle w:val="Heading1"/>
      </w:pPr>
      <w:r>
        <w:t>Persetujuan Hasil</w:t>
      </w:r>
    </w:p>
    <w:p>
      <w:pPr>
        <w:pStyle w:val="ListBullet"/>
      </w:pPr>
      <w:r>
        <w:t>Diterima / Diterima dengan catatan / Perlu perbaikan</w:t>
      </w:r>
    </w:p>
    <w:p>
      <w:pPr>
        <w:pStyle w:val="ListBullet"/>
      </w:pPr>
      <w:r>
        <w:t>Nama penguji dan tanggal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ibda studio • Dokumen templat internal / belum disetujui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A66B5"/>
      </w:rPr>
      <w:t>ibda studio  /  PROJECT DELIVERY DOCUMENTS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934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F8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A3F8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