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Handover &amp; Berita Acara Serah Terima (BAST)</w:t>
      </w:r>
    </w:p>
    <w:p>
      <w:r>
        <w:rPr>
          <w:i/>
          <w:sz w:val="16"/>
        </w:rPr>
        <w:t>Template kerja | Isi bagian bertanda [ ... ] dan sesuaikan dengan penawaran serta kesepakatan proyek.</w:t>
      </w:r>
    </w:p>
    <w:p>
      <w:r>
        <w:t>Status: DRAF    |    ID Pesanan: [IBD-...]    |    Tanggal: [DD/MM/YYYY]</w:t>
      </w:r>
    </w:p>
    <w:p>
      <w:pPr>
        <w:pStyle w:val="Heading1"/>
      </w:pPr>
      <w:r>
        <w:t>Identitas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096"/>
            <w:vAlign w:val="center"/>
            <w:shd w:fill="EAF1FC"/>
          </w:tcPr>
          <w:p>
            <w:r>
              <w:t>ID pesanan</w:t>
            </w:r>
          </w:p>
        </w:tc>
        <w:tc>
          <w:tcPr>
            <w:tcW w:type="dxa" w:w="6552"/>
            <w:vAlign w:val="center"/>
          </w:tcPr>
          <w:p>
            <w:r>
              <w:t>[IBD-...]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Nama proyek</w:t>
            </w:r>
          </w:p>
        </w:tc>
        <w:tc>
          <w:tcPr>
            <w:tcW w:type="dxa" w:w="6552"/>
            <w:vAlign w:val="center"/>
          </w:tcPr>
          <w:p>
            <w:r>
              <w:t>[Nama]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Tanggal serah terima</w:t>
            </w:r>
          </w:p>
        </w:tc>
        <w:tc>
          <w:tcPr>
            <w:tcW w:type="dxa" w:w="6552"/>
            <w:vAlign w:val="center"/>
          </w:tcPr>
          <w:p>
            <w:r>
              <w:t>[Tanggal]</w:t>
            </w:r>
          </w:p>
        </w:tc>
      </w:tr>
    </w:tbl>
    <w:p>
      <w:pPr>
        <w:pStyle w:val="Heading1"/>
      </w:pPr>
      <w:r>
        <w:t>Daftar Hasil yang Diserahkan</w:t>
      </w:r>
    </w:p>
    <w:p>
      <w:pPr>
        <w:pStyle w:val="ListBullet"/>
      </w:pPr>
      <w:r>
        <w:t>Link aplikasi produksi dan dokumentasi</w:t>
      </w:r>
    </w:p>
    <w:p>
      <w:pPr>
        <w:pStyle w:val="ListBullet"/>
      </w:pPr>
      <w:r>
        <w:t>Source code/repository dan lisensi</w:t>
      </w:r>
    </w:p>
    <w:p>
      <w:pPr>
        <w:pStyle w:val="ListBullet"/>
      </w:pPr>
      <w:r>
        <w:t>Dokumen desain, API, backup yang disepakati</w:t>
      </w:r>
    </w:p>
    <w:p>
      <w:pPr>
        <w:pStyle w:val="ListBullet"/>
      </w:pPr>
      <w:r>
        <w:t>Kredensial diberikan melalui kanal aman (bukan ditulis di sini)</w:t>
      </w:r>
    </w:p>
    <w:p>
      <w:pPr>
        <w:pStyle w:val="Heading1"/>
      </w:pPr>
      <w:r>
        <w:t>Hasil UAT dan Catatan</w:t>
      </w:r>
    </w:p>
    <w:p>
      <w:pPr>
        <w:pStyle w:val="ListBullet"/>
      </w:pPr>
      <w:r>
        <w:t>Referensi UAT final</w:t>
      </w:r>
    </w:p>
    <w:p>
      <w:pPr>
        <w:pStyle w:val="ListBullet"/>
      </w:pPr>
      <w:r>
        <w:t>Daftar isu tersisa dan rencana perbaikan</w:t>
      </w:r>
    </w:p>
    <w:p>
      <w:pPr>
        <w:pStyle w:val="ListBullet"/>
      </w:pPr>
      <w:r>
        <w:t>Periode garansi bug sesuai SOW</w:t>
      </w:r>
    </w:p>
    <w:p>
      <w:pPr>
        <w:pStyle w:val="Heading1"/>
      </w:pPr>
      <w:r>
        <w:t>Pernyataan Serah Terima</w:t>
      </w:r>
    </w:p>
    <w:p>
      <w:pPr>
        <w:pStyle w:val="ListBullet"/>
      </w:pPr>
      <w:r>
        <w:t>Pihak penyedia menyerahkan deliverable yang tertulis</w:t>
      </w:r>
    </w:p>
    <w:p>
      <w:pPr>
        <w:pStyle w:val="ListBullet"/>
      </w:pPr>
      <w:r>
        <w:t>Pihak klien menerima sesuai catatan dan ruang lingkup</w:t>
      </w:r>
    </w:p>
    <w:p>
      <w:pPr>
        <w:pStyle w:val="Heading1"/>
      </w:pPr>
      <w:r>
        <w:t>Pengesahan</w:t>
      </w:r>
    </w:p>
    <w:p>
      <w:pPr>
        <w:pStyle w:val="ListBullet"/>
      </w:pPr>
      <w:r>
        <w:t>Pihak penyedia: nama, tanggal, metode persetujuan</w:t>
      </w:r>
    </w:p>
    <w:p>
      <w:pPr>
        <w:pStyle w:val="ListBullet"/>
      </w:pPr>
      <w:r>
        <w:t>Pihak klien: nama, tanggal, metode persetujuan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ibda studio • Dokumen templat internal / belum disetujui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A66B5"/>
      </w:rPr>
      <w:t>ibda studio  /  PROJECT DELIVERY DOCUMENTS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934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F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A3F8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